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7E133A" w14:paraId="252C194D" w14:textId="77777777" w:rsidTr="00557DAE">
        <w:trPr>
          <w:trHeight w:val="1116"/>
          <w:jc w:val="center"/>
        </w:trPr>
        <w:tc>
          <w:tcPr>
            <w:tcW w:w="10656" w:type="dxa"/>
            <w:shd w:val="clear" w:color="auto" w:fill="C90000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319365BC" w14:textId="199A1110" w:rsidR="007E133A" w:rsidRPr="00557DAE" w:rsidRDefault="00557DAE">
            <w:pPr>
              <w:rPr>
                <w:sz w:val="12"/>
                <w:szCs w:val="14"/>
                <w:lang w:eastAsia="ko-KR"/>
              </w:rPr>
            </w:pPr>
            <w:r w:rsidRPr="00557DAE">
              <w:rPr>
                <w:b/>
                <w:color w:val="FFFFFF"/>
                <w:sz w:val="32"/>
                <w:szCs w:val="14"/>
                <w:lang w:eastAsia="ko-KR"/>
              </w:rPr>
              <w:t>[</w:t>
            </w:r>
            <w:proofErr w:type="spellStart"/>
            <w:r w:rsidRPr="00557DAE">
              <w:rPr>
                <w:b/>
                <w:color w:val="FFFFFF"/>
                <w:sz w:val="32"/>
                <w:szCs w:val="14"/>
                <w:lang w:eastAsia="ko-KR"/>
              </w:rPr>
              <w:t>유라코퍼레이션</w:t>
            </w:r>
            <w:proofErr w:type="spellEnd"/>
            <w:r w:rsidRPr="00557DAE">
              <w:rPr>
                <w:b/>
                <w:color w:val="FFFFFF"/>
                <w:sz w:val="32"/>
                <w:szCs w:val="14"/>
                <w:lang w:eastAsia="ko-KR"/>
              </w:rPr>
              <w:t xml:space="preserve"> </w:t>
            </w:r>
            <w:r w:rsidRPr="00557DAE">
              <w:rPr>
                <w:b/>
                <w:color w:val="FFFFFF"/>
                <w:sz w:val="32"/>
                <w:szCs w:val="14"/>
                <w:lang w:eastAsia="ko-KR"/>
              </w:rPr>
              <w:t>멕시코법인</w:t>
            </w:r>
            <w:r w:rsidRPr="00557DAE">
              <w:rPr>
                <w:b/>
                <w:color w:val="FFFFFF"/>
                <w:sz w:val="32"/>
                <w:szCs w:val="14"/>
                <w:lang w:eastAsia="ko-KR"/>
              </w:rPr>
              <w:t>]</w:t>
            </w:r>
            <w:r w:rsidRPr="00557DAE">
              <w:rPr>
                <w:noProof/>
                <w:sz w:val="12"/>
                <w:szCs w:val="14"/>
                <w:lang w:eastAsia="ko-KR"/>
              </w:rPr>
              <w:t xml:space="preserve">  </w:t>
            </w:r>
            <w:r w:rsidRPr="00557DAE">
              <w:rPr>
                <w:b/>
                <w:color w:val="FFFFFF"/>
                <w:sz w:val="32"/>
                <w:szCs w:val="14"/>
                <w:lang w:eastAsia="ko-KR"/>
              </w:rPr>
              <w:t>생산부문</w:t>
            </w:r>
            <w:r w:rsidRPr="00557DAE">
              <w:rPr>
                <w:b/>
                <w:color w:val="FFFFFF"/>
                <w:sz w:val="32"/>
                <w:szCs w:val="14"/>
                <w:lang w:eastAsia="ko-KR"/>
              </w:rPr>
              <w:t xml:space="preserve"> </w:t>
            </w:r>
            <w:r w:rsidRPr="00557DAE">
              <w:rPr>
                <w:b/>
                <w:color w:val="FFFFFF"/>
                <w:sz w:val="32"/>
                <w:szCs w:val="14"/>
                <w:lang w:eastAsia="ko-KR"/>
              </w:rPr>
              <w:t>관리자</w:t>
            </w:r>
            <w:r w:rsidRPr="00557DAE">
              <w:rPr>
                <w:b/>
                <w:color w:val="FFFFFF"/>
                <w:sz w:val="32"/>
                <w:szCs w:val="14"/>
                <w:lang w:eastAsia="ko-KR"/>
              </w:rPr>
              <w:t xml:space="preserve"> </w:t>
            </w:r>
            <w:r w:rsidRPr="00557DAE">
              <w:rPr>
                <w:b/>
                <w:color w:val="FFFFFF"/>
                <w:sz w:val="32"/>
                <w:szCs w:val="14"/>
                <w:lang w:eastAsia="ko-KR"/>
              </w:rPr>
              <w:t>및</w:t>
            </w:r>
            <w:r w:rsidRPr="00557DAE">
              <w:rPr>
                <w:b/>
                <w:color w:val="FFFFFF"/>
                <w:sz w:val="32"/>
                <w:szCs w:val="14"/>
                <w:lang w:eastAsia="ko-KR"/>
              </w:rPr>
              <w:t xml:space="preserve"> </w:t>
            </w:r>
            <w:r w:rsidRPr="00557DAE">
              <w:rPr>
                <w:b/>
                <w:color w:val="FFFFFF"/>
                <w:sz w:val="32"/>
                <w:szCs w:val="14"/>
                <w:lang w:eastAsia="ko-KR"/>
              </w:rPr>
              <w:t>통역</w:t>
            </w:r>
            <w:r w:rsidRPr="00557DAE">
              <w:rPr>
                <w:b/>
                <w:color w:val="FFFFFF"/>
                <w:sz w:val="32"/>
                <w:szCs w:val="14"/>
                <w:lang w:eastAsia="ko-KR"/>
              </w:rPr>
              <w:t xml:space="preserve"> </w:t>
            </w:r>
            <w:r w:rsidRPr="00557DAE">
              <w:rPr>
                <w:b/>
                <w:color w:val="FFFFFF"/>
                <w:sz w:val="32"/>
                <w:szCs w:val="14"/>
                <w:lang w:eastAsia="ko-KR"/>
              </w:rPr>
              <w:t>담당자</w:t>
            </w:r>
            <w:r w:rsidRPr="00557DAE">
              <w:rPr>
                <w:b/>
                <w:color w:val="FFFFFF"/>
                <w:sz w:val="32"/>
                <w:szCs w:val="14"/>
                <w:lang w:eastAsia="ko-KR"/>
              </w:rPr>
              <w:t xml:space="preserve"> </w:t>
            </w:r>
            <w:r w:rsidRPr="00557DAE">
              <w:rPr>
                <w:b/>
                <w:color w:val="FFFFFF"/>
                <w:sz w:val="32"/>
                <w:szCs w:val="14"/>
                <w:lang w:eastAsia="ko-KR"/>
              </w:rPr>
              <w:t>채용</w:t>
            </w:r>
          </w:p>
          <w:p w14:paraId="7EB29C88" w14:textId="351C492B" w:rsidR="007E133A" w:rsidRDefault="00557DAE">
            <w:pPr>
              <w:rPr>
                <w:lang w:eastAsia="ko-KR"/>
              </w:rPr>
            </w:pPr>
            <w:proofErr w:type="spellStart"/>
            <w:r w:rsidRPr="00557DAE">
              <w:rPr>
                <w:color w:val="FFFFFF"/>
                <w:szCs w:val="20"/>
                <w:lang w:eastAsia="ko-KR"/>
              </w:rPr>
              <w:t>유라코퍼레이션</w:t>
            </w:r>
            <w:proofErr w:type="spellEnd"/>
            <w:r w:rsidRPr="00557DAE">
              <w:rPr>
                <w:color w:val="FFFFFF"/>
                <w:szCs w:val="20"/>
                <w:lang w:eastAsia="ko-KR"/>
              </w:rPr>
              <w:t xml:space="preserve"> </w:t>
            </w:r>
            <w:r w:rsidRPr="00557DAE">
              <w:rPr>
                <w:color w:val="FFFFFF"/>
                <w:szCs w:val="20"/>
                <w:lang w:eastAsia="ko-KR"/>
              </w:rPr>
              <w:t>멕시코법인에서</w:t>
            </w:r>
            <w:r w:rsidRPr="00557DAE">
              <w:rPr>
                <w:color w:val="FFFFFF"/>
                <w:szCs w:val="20"/>
                <w:lang w:eastAsia="ko-KR"/>
              </w:rPr>
              <w:t xml:space="preserve"> </w:t>
            </w:r>
            <w:r w:rsidRPr="00557DAE">
              <w:rPr>
                <w:color w:val="FFFFFF"/>
                <w:szCs w:val="20"/>
                <w:lang w:eastAsia="ko-KR"/>
              </w:rPr>
              <w:t>함께</w:t>
            </w:r>
            <w:r w:rsidRPr="00557DAE">
              <w:rPr>
                <w:color w:val="FFFFFF"/>
                <w:szCs w:val="20"/>
                <w:lang w:eastAsia="ko-KR"/>
              </w:rPr>
              <w:t xml:space="preserve"> </w:t>
            </w:r>
            <w:r w:rsidRPr="00557DAE">
              <w:rPr>
                <w:color w:val="FFFFFF"/>
                <w:szCs w:val="20"/>
                <w:lang w:eastAsia="ko-KR"/>
              </w:rPr>
              <w:t>성장할</w:t>
            </w:r>
            <w:r w:rsidRPr="00557DAE">
              <w:rPr>
                <w:color w:val="FFFFFF"/>
                <w:szCs w:val="20"/>
                <w:lang w:eastAsia="ko-KR"/>
              </w:rPr>
              <w:t xml:space="preserve"> </w:t>
            </w:r>
            <w:r w:rsidRPr="00557DAE">
              <w:rPr>
                <w:color w:val="FFFFFF"/>
                <w:szCs w:val="20"/>
                <w:lang w:eastAsia="ko-KR"/>
              </w:rPr>
              <w:t>인재를</w:t>
            </w:r>
            <w:r w:rsidRPr="00557DAE">
              <w:rPr>
                <w:color w:val="FFFFFF"/>
                <w:szCs w:val="20"/>
                <w:lang w:eastAsia="ko-KR"/>
              </w:rPr>
              <w:t xml:space="preserve"> </w:t>
            </w:r>
            <w:r w:rsidRPr="00557DAE">
              <w:rPr>
                <w:color w:val="FFFFFF"/>
                <w:szCs w:val="20"/>
                <w:lang w:eastAsia="ko-KR"/>
              </w:rPr>
              <w:t>모집합니다</w:t>
            </w:r>
            <w:r w:rsidRPr="00557DAE">
              <w:rPr>
                <w:color w:val="FFFFFF"/>
                <w:szCs w:val="20"/>
                <w:lang w:eastAsia="ko-KR"/>
              </w:rPr>
              <w:t>.</w:t>
            </w:r>
            <w:r w:rsidRPr="00557DAE">
              <w:rPr>
                <w:noProof/>
                <w:sz w:val="18"/>
                <w:szCs w:val="20"/>
                <w:lang w:eastAsia="ko-KR"/>
              </w:rPr>
              <w:t xml:space="preserve"> </w:t>
            </w:r>
          </w:p>
        </w:tc>
      </w:tr>
    </w:tbl>
    <w:p w14:paraId="27D3573F" w14:textId="1963433C" w:rsidR="007E133A" w:rsidRDefault="007E133A">
      <w:pPr>
        <w:jc w:val="center"/>
        <w:rPr>
          <w:lang w:eastAsia="ko-KR"/>
        </w:rPr>
      </w:pPr>
    </w:p>
    <w:p w14:paraId="71C6CF2B" w14:textId="77777777" w:rsidR="007E133A" w:rsidRDefault="00557DAE">
      <w:pPr>
        <w:spacing w:before="160" w:after="80"/>
      </w:pPr>
      <w:r>
        <w:rPr>
          <w:b/>
          <w:color w:val="BE0000"/>
          <w:sz w:val="30"/>
        </w:rPr>
        <w:t>모집</w:t>
      </w:r>
      <w:r>
        <w:rPr>
          <w:b/>
          <w:color w:val="BE0000"/>
          <w:sz w:val="30"/>
        </w:rPr>
        <w:t xml:space="preserve"> </w:t>
      </w:r>
      <w:r>
        <w:rPr>
          <w:b/>
          <w:color w:val="BE0000"/>
          <w:sz w:val="30"/>
        </w:rPr>
        <w:t>개요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</w:tblGrid>
      <w:tr w:rsidR="007E133A" w14:paraId="221F9B26" w14:textId="77777777">
        <w:trPr>
          <w:jc w:val="center"/>
        </w:trPr>
        <w:tc>
          <w:tcPr>
            <w:tcW w:w="5328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306A92B" w14:textId="77777777" w:rsidR="007E133A" w:rsidRDefault="00557DAE">
            <w:r>
              <w:rPr>
                <w:b/>
              </w:rPr>
              <w:t>직무</w:t>
            </w:r>
          </w:p>
        </w:tc>
        <w:tc>
          <w:tcPr>
            <w:tcW w:w="5328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194BCE6" w14:textId="77777777" w:rsidR="007E133A" w:rsidRDefault="00557DAE">
            <w:r>
              <w:t>생산부문</w:t>
            </w:r>
            <w:r>
              <w:t xml:space="preserve"> </w:t>
            </w:r>
            <w:r>
              <w:t>관리</w:t>
            </w:r>
            <w:r>
              <w:t xml:space="preserve"> </w:t>
            </w:r>
            <w:r>
              <w:t>및</w:t>
            </w:r>
            <w:r>
              <w:t xml:space="preserve"> </w:t>
            </w:r>
            <w:r>
              <w:t>통역</w:t>
            </w:r>
          </w:p>
        </w:tc>
      </w:tr>
      <w:tr w:rsidR="007E133A" w14:paraId="470FD07D" w14:textId="77777777">
        <w:trPr>
          <w:jc w:val="center"/>
        </w:trPr>
        <w:tc>
          <w:tcPr>
            <w:tcW w:w="5328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18FC13F" w14:textId="77777777" w:rsidR="007E133A" w:rsidRDefault="00557DAE">
            <w:r>
              <w:rPr>
                <w:b/>
              </w:rPr>
              <w:t>채용인원</w:t>
            </w:r>
          </w:p>
        </w:tc>
        <w:tc>
          <w:tcPr>
            <w:tcW w:w="5328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2F54974" w14:textId="77777777" w:rsidR="007E133A" w:rsidRDefault="00557DAE">
            <w:r>
              <w:t>0</w:t>
            </w:r>
            <w:r>
              <w:t>명</w:t>
            </w:r>
          </w:p>
        </w:tc>
      </w:tr>
      <w:tr w:rsidR="007E133A" w14:paraId="6262C641" w14:textId="77777777">
        <w:trPr>
          <w:jc w:val="center"/>
        </w:trPr>
        <w:tc>
          <w:tcPr>
            <w:tcW w:w="5328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4BE343C" w14:textId="77777777" w:rsidR="007E133A" w:rsidRDefault="00557DAE">
            <w:r>
              <w:rPr>
                <w:b/>
              </w:rPr>
              <w:t>근무지</w:t>
            </w:r>
          </w:p>
        </w:tc>
        <w:tc>
          <w:tcPr>
            <w:tcW w:w="5328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FE6C00E" w14:textId="77777777" w:rsidR="007E133A" w:rsidRDefault="00557DAE">
            <w:r>
              <w:t>Torreón, Coahuila, México</w:t>
            </w:r>
          </w:p>
        </w:tc>
      </w:tr>
    </w:tbl>
    <w:p w14:paraId="025C9E68" w14:textId="77777777" w:rsidR="007E133A" w:rsidRDefault="00557DAE">
      <w:pPr>
        <w:spacing w:before="160" w:after="80"/>
      </w:pPr>
      <w:r>
        <w:rPr>
          <w:b/>
          <w:color w:val="BE0000"/>
          <w:sz w:val="30"/>
        </w:rPr>
        <w:t>주요</w:t>
      </w:r>
      <w:r>
        <w:rPr>
          <w:b/>
          <w:color w:val="BE0000"/>
          <w:sz w:val="30"/>
        </w:rPr>
        <w:t xml:space="preserve"> </w:t>
      </w:r>
      <w:r>
        <w:rPr>
          <w:b/>
          <w:color w:val="BE0000"/>
          <w:sz w:val="30"/>
        </w:rPr>
        <w:t>업무</w:t>
      </w:r>
    </w:p>
    <w:p w14:paraId="3635B9BF" w14:textId="77777777" w:rsidR="007E133A" w:rsidRDefault="00557DAE">
      <w:pPr>
        <w:pStyle w:val="a0"/>
        <w:rPr>
          <w:lang w:eastAsia="ko-KR"/>
        </w:rPr>
      </w:pPr>
      <w:r>
        <w:rPr>
          <w:lang w:eastAsia="ko-KR"/>
        </w:rPr>
        <w:t>생산</w:t>
      </w:r>
      <w:r>
        <w:rPr>
          <w:lang w:eastAsia="ko-KR"/>
        </w:rPr>
        <w:t xml:space="preserve"> </w:t>
      </w:r>
      <w:r>
        <w:rPr>
          <w:lang w:eastAsia="ko-KR"/>
        </w:rPr>
        <w:t>현장</w:t>
      </w:r>
      <w:r>
        <w:rPr>
          <w:lang w:eastAsia="ko-KR"/>
        </w:rPr>
        <w:t xml:space="preserve"> </w:t>
      </w:r>
      <w:r>
        <w:rPr>
          <w:lang w:eastAsia="ko-KR"/>
        </w:rPr>
        <w:t>한국어</w:t>
      </w:r>
      <w:r>
        <w:rPr>
          <w:lang w:eastAsia="ko-KR"/>
        </w:rPr>
        <w:t>-</w:t>
      </w:r>
      <w:r>
        <w:rPr>
          <w:lang w:eastAsia="ko-KR"/>
        </w:rPr>
        <w:t>스페인어</w:t>
      </w:r>
      <w:r>
        <w:rPr>
          <w:lang w:eastAsia="ko-KR"/>
        </w:rPr>
        <w:t xml:space="preserve"> </w:t>
      </w:r>
      <w:r>
        <w:rPr>
          <w:lang w:eastAsia="ko-KR"/>
        </w:rPr>
        <w:t>통역</w:t>
      </w:r>
    </w:p>
    <w:p w14:paraId="4623B68C" w14:textId="77777777" w:rsidR="007E133A" w:rsidRDefault="00557DAE">
      <w:pPr>
        <w:pStyle w:val="a0"/>
      </w:pPr>
      <w:proofErr w:type="spellStart"/>
      <w:r>
        <w:t>현지</w:t>
      </w:r>
      <w:proofErr w:type="spellEnd"/>
      <w:r>
        <w:t xml:space="preserve"> </w:t>
      </w:r>
      <w:proofErr w:type="spellStart"/>
      <w:r>
        <w:t>생산인원</w:t>
      </w:r>
      <w:proofErr w:type="spellEnd"/>
      <w:r>
        <w:t xml:space="preserve"> </w:t>
      </w:r>
      <w:proofErr w:type="spellStart"/>
      <w:r>
        <w:t>관리</w:t>
      </w:r>
      <w:proofErr w:type="spellEnd"/>
    </w:p>
    <w:p w14:paraId="631EE163" w14:textId="77777777" w:rsidR="007E133A" w:rsidRDefault="00557DAE">
      <w:pPr>
        <w:pStyle w:val="a0"/>
        <w:rPr>
          <w:lang w:eastAsia="ko-KR"/>
        </w:rPr>
      </w:pPr>
      <w:r>
        <w:rPr>
          <w:lang w:eastAsia="ko-KR"/>
        </w:rPr>
        <w:t>생산계획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생산실적</w:t>
      </w:r>
      <w:r>
        <w:rPr>
          <w:lang w:eastAsia="ko-KR"/>
        </w:rPr>
        <w:t xml:space="preserve"> </w:t>
      </w:r>
      <w:r>
        <w:rPr>
          <w:lang w:eastAsia="ko-KR"/>
        </w:rPr>
        <w:t>관리</w:t>
      </w:r>
    </w:p>
    <w:p w14:paraId="32B98C93" w14:textId="77777777" w:rsidR="007E133A" w:rsidRDefault="00557DAE">
      <w:pPr>
        <w:pStyle w:val="a0"/>
        <w:rPr>
          <w:lang w:eastAsia="ko-KR"/>
        </w:rPr>
      </w:pPr>
      <w:r>
        <w:rPr>
          <w:lang w:eastAsia="ko-KR"/>
        </w:rPr>
        <w:t>생산</w:t>
      </w:r>
      <w:r>
        <w:rPr>
          <w:lang w:eastAsia="ko-KR"/>
        </w:rPr>
        <w:t xml:space="preserve"> </w:t>
      </w:r>
      <w:r>
        <w:rPr>
          <w:lang w:eastAsia="ko-KR"/>
        </w:rPr>
        <w:t>현장</w:t>
      </w:r>
      <w:r>
        <w:rPr>
          <w:lang w:eastAsia="ko-KR"/>
        </w:rPr>
        <w:t xml:space="preserve"> </w:t>
      </w:r>
      <w:r>
        <w:rPr>
          <w:lang w:eastAsia="ko-KR"/>
        </w:rPr>
        <w:t>이슈</w:t>
      </w:r>
      <w:r>
        <w:rPr>
          <w:lang w:eastAsia="ko-KR"/>
        </w:rPr>
        <w:t xml:space="preserve"> </w:t>
      </w:r>
      <w:r>
        <w:rPr>
          <w:lang w:eastAsia="ko-KR"/>
        </w:rPr>
        <w:t>파악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업무</w:t>
      </w:r>
      <w:r>
        <w:rPr>
          <w:lang w:eastAsia="ko-KR"/>
        </w:rPr>
        <w:t xml:space="preserve"> </w:t>
      </w:r>
      <w:r>
        <w:rPr>
          <w:lang w:eastAsia="ko-KR"/>
        </w:rPr>
        <w:t>조율</w:t>
      </w:r>
    </w:p>
    <w:p w14:paraId="1352B5AD" w14:textId="77777777" w:rsidR="007E133A" w:rsidRDefault="00557DAE">
      <w:pPr>
        <w:spacing w:before="160" w:after="80"/>
        <w:rPr>
          <w:lang w:eastAsia="ko-KR"/>
        </w:rPr>
      </w:pPr>
      <w:r>
        <w:rPr>
          <w:b/>
          <w:color w:val="BE0000"/>
          <w:sz w:val="30"/>
          <w:lang w:eastAsia="ko-KR"/>
        </w:rPr>
        <w:t>자격요건</w:t>
      </w:r>
    </w:p>
    <w:p w14:paraId="67107241" w14:textId="77777777" w:rsidR="007E133A" w:rsidRDefault="00557DAE">
      <w:pPr>
        <w:ind w:left="259"/>
        <w:rPr>
          <w:lang w:eastAsia="ko-KR"/>
        </w:rPr>
      </w:pPr>
      <w:r>
        <w:rPr>
          <w:lang w:eastAsia="ko-KR"/>
        </w:rPr>
        <w:t xml:space="preserve">• </w:t>
      </w:r>
      <w:r>
        <w:rPr>
          <w:lang w:eastAsia="ko-KR"/>
        </w:rPr>
        <w:t>스페인어</w:t>
      </w:r>
      <w:r>
        <w:rPr>
          <w:lang w:eastAsia="ko-KR"/>
        </w:rPr>
        <w:t xml:space="preserve"> </w:t>
      </w:r>
      <w:r>
        <w:rPr>
          <w:lang w:eastAsia="ko-KR"/>
        </w:rPr>
        <w:t>필수</w:t>
      </w:r>
      <w:r>
        <w:rPr>
          <w:lang w:eastAsia="ko-KR"/>
        </w:rPr>
        <w:t xml:space="preserve"> (</w:t>
      </w:r>
      <w:r>
        <w:rPr>
          <w:lang w:eastAsia="ko-KR"/>
        </w:rPr>
        <w:t>업무상</w:t>
      </w:r>
      <w:r>
        <w:rPr>
          <w:lang w:eastAsia="ko-KR"/>
        </w:rPr>
        <w:t xml:space="preserve"> </w:t>
      </w:r>
      <w:r>
        <w:rPr>
          <w:lang w:eastAsia="ko-KR"/>
        </w:rPr>
        <w:t>원활한</w:t>
      </w:r>
      <w:r>
        <w:rPr>
          <w:lang w:eastAsia="ko-KR"/>
        </w:rPr>
        <w:t xml:space="preserve"> </w:t>
      </w:r>
      <w:r>
        <w:rPr>
          <w:lang w:eastAsia="ko-KR"/>
        </w:rPr>
        <w:t>의사소통</w:t>
      </w:r>
      <w:r>
        <w:rPr>
          <w:lang w:eastAsia="ko-KR"/>
        </w:rPr>
        <w:t xml:space="preserve"> </w:t>
      </w:r>
      <w:r>
        <w:rPr>
          <w:lang w:eastAsia="ko-KR"/>
        </w:rPr>
        <w:t>가능</w:t>
      </w:r>
      <w:r>
        <w:rPr>
          <w:lang w:eastAsia="ko-KR"/>
        </w:rPr>
        <w:t xml:space="preserve"> </w:t>
      </w:r>
      <w:r>
        <w:rPr>
          <w:lang w:eastAsia="ko-KR"/>
        </w:rPr>
        <w:t>수준</w:t>
      </w:r>
      <w:r>
        <w:rPr>
          <w:lang w:eastAsia="ko-KR"/>
        </w:rPr>
        <w:t>)</w:t>
      </w:r>
    </w:p>
    <w:p w14:paraId="7CFC2198" w14:textId="77777777" w:rsidR="007E133A" w:rsidRDefault="00557DAE">
      <w:pPr>
        <w:ind w:left="259"/>
        <w:rPr>
          <w:lang w:eastAsia="ko-KR"/>
        </w:rPr>
      </w:pPr>
      <w:r>
        <w:rPr>
          <w:lang w:eastAsia="ko-KR"/>
        </w:rPr>
        <w:t xml:space="preserve">• </w:t>
      </w:r>
      <w:r>
        <w:rPr>
          <w:lang w:eastAsia="ko-KR"/>
        </w:rPr>
        <w:t>스페인어</w:t>
      </w:r>
      <w:r>
        <w:rPr>
          <w:lang w:eastAsia="ko-KR"/>
        </w:rPr>
        <w:t xml:space="preserve"> </w:t>
      </w:r>
      <w:r>
        <w:rPr>
          <w:lang w:eastAsia="ko-KR"/>
        </w:rPr>
        <w:t>공인</w:t>
      </w:r>
      <w:r>
        <w:rPr>
          <w:lang w:eastAsia="ko-KR"/>
        </w:rPr>
        <w:t xml:space="preserve"> </w:t>
      </w:r>
      <w:r>
        <w:rPr>
          <w:lang w:eastAsia="ko-KR"/>
        </w:rPr>
        <w:t>어학성적</w:t>
      </w:r>
      <w:r>
        <w:rPr>
          <w:lang w:eastAsia="ko-KR"/>
        </w:rPr>
        <w:t xml:space="preserve"> </w:t>
      </w:r>
      <w:r>
        <w:rPr>
          <w:lang w:eastAsia="ko-KR"/>
        </w:rPr>
        <w:t>또는</w:t>
      </w:r>
      <w:r>
        <w:rPr>
          <w:lang w:eastAsia="ko-KR"/>
        </w:rPr>
        <w:t xml:space="preserve"> </w:t>
      </w:r>
      <w:r>
        <w:rPr>
          <w:lang w:eastAsia="ko-KR"/>
        </w:rPr>
        <w:t>자격증</w:t>
      </w:r>
      <w:r>
        <w:rPr>
          <w:lang w:eastAsia="ko-KR"/>
        </w:rPr>
        <w:t xml:space="preserve"> </w:t>
      </w:r>
      <w:r>
        <w:rPr>
          <w:lang w:eastAsia="ko-KR"/>
        </w:rPr>
        <w:t>소지</w:t>
      </w:r>
      <w:r>
        <w:rPr>
          <w:lang w:eastAsia="ko-KR"/>
        </w:rPr>
        <w:t xml:space="preserve"> </w:t>
      </w:r>
      <w:r>
        <w:rPr>
          <w:lang w:eastAsia="ko-KR"/>
        </w:rPr>
        <w:t>필수</w:t>
      </w:r>
      <w:r>
        <w:rPr>
          <w:lang w:eastAsia="ko-KR"/>
        </w:rPr>
        <w:t xml:space="preserve"> (DELE, FLEX, SIELE, </w:t>
      </w:r>
      <w:proofErr w:type="spellStart"/>
      <w:r>
        <w:rPr>
          <w:lang w:eastAsia="ko-KR"/>
        </w:rPr>
        <w:t>OPIc</w:t>
      </w:r>
      <w:proofErr w:type="spellEnd"/>
      <w:r>
        <w:rPr>
          <w:lang w:eastAsia="ko-KR"/>
        </w:rPr>
        <w:t xml:space="preserve"> </w:t>
      </w:r>
      <w:r>
        <w:rPr>
          <w:lang w:eastAsia="ko-KR"/>
        </w:rPr>
        <w:t>등</w:t>
      </w:r>
      <w:r>
        <w:rPr>
          <w:lang w:eastAsia="ko-KR"/>
        </w:rPr>
        <w:t>)</w:t>
      </w:r>
    </w:p>
    <w:p w14:paraId="6FA1B954" w14:textId="77777777" w:rsidR="007E133A" w:rsidRDefault="00557DAE">
      <w:pPr>
        <w:ind w:left="259"/>
        <w:rPr>
          <w:lang w:eastAsia="ko-KR"/>
        </w:rPr>
      </w:pPr>
      <w:r>
        <w:rPr>
          <w:b/>
          <w:color w:val="C80000"/>
          <w:lang w:eastAsia="ko-KR"/>
        </w:rPr>
        <w:t xml:space="preserve">※ </w:t>
      </w:r>
      <w:r>
        <w:rPr>
          <w:b/>
          <w:color w:val="C80000"/>
          <w:lang w:eastAsia="ko-KR"/>
        </w:rPr>
        <w:t>스페인어권</w:t>
      </w:r>
      <w:r>
        <w:rPr>
          <w:b/>
          <w:color w:val="C80000"/>
          <w:lang w:eastAsia="ko-KR"/>
        </w:rPr>
        <w:t xml:space="preserve"> </w:t>
      </w:r>
      <w:r>
        <w:rPr>
          <w:b/>
          <w:color w:val="C80000"/>
          <w:lang w:eastAsia="ko-KR"/>
        </w:rPr>
        <w:t>국가</w:t>
      </w:r>
      <w:r>
        <w:rPr>
          <w:b/>
          <w:color w:val="C80000"/>
          <w:lang w:eastAsia="ko-KR"/>
        </w:rPr>
        <w:t xml:space="preserve"> </w:t>
      </w:r>
      <w:r>
        <w:rPr>
          <w:b/>
          <w:color w:val="C80000"/>
          <w:lang w:eastAsia="ko-KR"/>
        </w:rPr>
        <w:t>거주</w:t>
      </w:r>
      <w:r>
        <w:rPr>
          <w:b/>
          <w:color w:val="C80000"/>
          <w:lang w:eastAsia="ko-KR"/>
        </w:rPr>
        <w:t xml:space="preserve"> </w:t>
      </w:r>
      <w:r>
        <w:rPr>
          <w:b/>
          <w:color w:val="C80000"/>
          <w:lang w:eastAsia="ko-KR"/>
        </w:rPr>
        <w:t>또는</w:t>
      </w:r>
      <w:r>
        <w:rPr>
          <w:b/>
          <w:color w:val="C80000"/>
          <w:lang w:eastAsia="ko-KR"/>
        </w:rPr>
        <w:t xml:space="preserve"> </w:t>
      </w:r>
      <w:r>
        <w:rPr>
          <w:b/>
          <w:color w:val="C80000"/>
          <w:lang w:eastAsia="ko-KR"/>
        </w:rPr>
        <w:t>근무</w:t>
      </w:r>
      <w:r>
        <w:rPr>
          <w:b/>
          <w:color w:val="C80000"/>
          <w:lang w:eastAsia="ko-KR"/>
        </w:rPr>
        <w:t xml:space="preserve"> </w:t>
      </w:r>
      <w:r>
        <w:rPr>
          <w:b/>
          <w:color w:val="C80000"/>
          <w:lang w:eastAsia="ko-KR"/>
        </w:rPr>
        <w:t>경험자는</w:t>
      </w:r>
      <w:r>
        <w:rPr>
          <w:b/>
          <w:color w:val="C80000"/>
          <w:lang w:eastAsia="ko-KR"/>
        </w:rPr>
        <w:t xml:space="preserve"> </w:t>
      </w:r>
      <w:r>
        <w:rPr>
          <w:b/>
          <w:color w:val="C80000"/>
          <w:lang w:eastAsia="ko-KR"/>
        </w:rPr>
        <w:t>어학</w:t>
      </w:r>
      <w:r>
        <w:rPr>
          <w:b/>
          <w:color w:val="C80000"/>
          <w:lang w:eastAsia="ko-KR"/>
        </w:rPr>
        <w:t xml:space="preserve"> </w:t>
      </w:r>
      <w:r>
        <w:rPr>
          <w:b/>
          <w:color w:val="C80000"/>
          <w:lang w:eastAsia="ko-KR"/>
        </w:rPr>
        <w:t>자격증</w:t>
      </w:r>
      <w:r>
        <w:rPr>
          <w:b/>
          <w:color w:val="C80000"/>
          <w:lang w:eastAsia="ko-KR"/>
        </w:rPr>
        <w:t xml:space="preserve"> </w:t>
      </w:r>
      <w:r>
        <w:rPr>
          <w:b/>
          <w:color w:val="C80000"/>
          <w:lang w:eastAsia="ko-KR"/>
        </w:rPr>
        <w:t>제출</w:t>
      </w:r>
      <w:r>
        <w:rPr>
          <w:b/>
          <w:color w:val="C80000"/>
          <w:lang w:eastAsia="ko-KR"/>
        </w:rPr>
        <w:t xml:space="preserve"> </w:t>
      </w:r>
      <w:r>
        <w:rPr>
          <w:b/>
          <w:color w:val="C80000"/>
          <w:lang w:eastAsia="ko-KR"/>
        </w:rPr>
        <w:t>제외</w:t>
      </w:r>
    </w:p>
    <w:p w14:paraId="2A4FC81F" w14:textId="77777777" w:rsidR="007E133A" w:rsidRDefault="00557DAE">
      <w:pPr>
        <w:ind w:left="259"/>
        <w:rPr>
          <w:lang w:eastAsia="ko-KR"/>
        </w:rPr>
      </w:pPr>
      <w:r>
        <w:rPr>
          <w:lang w:eastAsia="ko-KR"/>
        </w:rPr>
        <w:t xml:space="preserve">• </w:t>
      </w:r>
      <w:r>
        <w:rPr>
          <w:lang w:eastAsia="ko-KR"/>
        </w:rPr>
        <w:t>멕시코</w:t>
      </w:r>
      <w:r>
        <w:rPr>
          <w:lang w:eastAsia="ko-KR"/>
        </w:rPr>
        <w:t xml:space="preserve"> </w:t>
      </w:r>
      <w:r>
        <w:rPr>
          <w:lang w:eastAsia="ko-KR"/>
        </w:rPr>
        <w:t>현지</w:t>
      </w:r>
      <w:r>
        <w:rPr>
          <w:lang w:eastAsia="ko-KR"/>
        </w:rPr>
        <w:t xml:space="preserve"> </w:t>
      </w:r>
      <w:r>
        <w:rPr>
          <w:lang w:eastAsia="ko-KR"/>
        </w:rPr>
        <w:t>근무</w:t>
      </w:r>
      <w:r>
        <w:rPr>
          <w:lang w:eastAsia="ko-KR"/>
        </w:rPr>
        <w:t xml:space="preserve"> </w:t>
      </w:r>
      <w:proofErr w:type="spellStart"/>
      <w:r>
        <w:rPr>
          <w:lang w:eastAsia="ko-KR"/>
        </w:rPr>
        <w:t>가능자</w:t>
      </w:r>
      <w:proofErr w:type="spellEnd"/>
    </w:p>
    <w:p w14:paraId="51BD29CC" w14:textId="77777777" w:rsidR="007E133A" w:rsidRDefault="00557DAE">
      <w:pPr>
        <w:spacing w:before="160" w:after="80"/>
        <w:rPr>
          <w:lang w:eastAsia="ko-KR"/>
        </w:rPr>
      </w:pPr>
      <w:r>
        <w:rPr>
          <w:b/>
          <w:color w:val="BE0000"/>
          <w:sz w:val="30"/>
          <w:lang w:eastAsia="ko-KR"/>
        </w:rPr>
        <w:t>근무조건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5328"/>
        <w:gridCol w:w="5328"/>
      </w:tblGrid>
      <w:tr w:rsidR="007E133A" w14:paraId="1E949669" w14:textId="77777777">
        <w:tc>
          <w:tcPr>
            <w:tcW w:w="5328" w:type="dxa"/>
            <w:shd w:val="clear" w:color="auto" w:fill="F2F2F2"/>
          </w:tcPr>
          <w:p w14:paraId="60F95D76" w14:textId="77777777" w:rsidR="007E133A" w:rsidRDefault="00557DAE">
            <w:proofErr w:type="spellStart"/>
            <w:r>
              <w:rPr>
                <w:b/>
              </w:rPr>
              <w:t>근무지</w:t>
            </w:r>
            <w:proofErr w:type="spellEnd"/>
          </w:p>
        </w:tc>
        <w:tc>
          <w:tcPr>
            <w:tcW w:w="5328" w:type="dxa"/>
          </w:tcPr>
          <w:p w14:paraId="5983565A" w14:textId="77777777" w:rsidR="007E133A" w:rsidRDefault="00557DAE">
            <w:r>
              <w:t>Torreón, Coahuila, México</w:t>
            </w:r>
          </w:p>
        </w:tc>
      </w:tr>
      <w:tr w:rsidR="007E133A" w14:paraId="2E7DFF59" w14:textId="77777777">
        <w:tc>
          <w:tcPr>
            <w:tcW w:w="5328" w:type="dxa"/>
            <w:shd w:val="clear" w:color="auto" w:fill="F2F2F2"/>
          </w:tcPr>
          <w:p w14:paraId="455AFA35" w14:textId="77777777" w:rsidR="007E133A" w:rsidRDefault="00557DAE">
            <w:r>
              <w:rPr>
                <w:b/>
              </w:rPr>
              <w:t>급여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기타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근무조건</w:t>
            </w:r>
          </w:p>
        </w:tc>
        <w:tc>
          <w:tcPr>
            <w:tcW w:w="5328" w:type="dxa"/>
          </w:tcPr>
          <w:p w14:paraId="4E3DA8B5" w14:textId="77777777" w:rsidR="007E133A" w:rsidRDefault="00557DAE">
            <w:r>
              <w:t>면접</w:t>
            </w:r>
            <w:r>
              <w:t xml:space="preserve"> </w:t>
            </w:r>
            <w:r>
              <w:t>후</w:t>
            </w:r>
            <w:r>
              <w:t xml:space="preserve"> </w:t>
            </w:r>
            <w:r>
              <w:t>협의</w:t>
            </w:r>
          </w:p>
        </w:tc>
      </w:tr>
    </w:tbl>
    <w:p w14:paraId="32B9B9C6" w14:textId="77777777" w:rsidR="007E133A" w:rsidRDefault="00557DAE">
      <w:pPr>
        <w:spacing w:before="160" w:after="80"/>
      </w:pPr>
      <w:r>
        <w:rPr>
          <w:b/>
          <w:color w:val="BE0000"/>
          <w:sz w:val="30"/>
        </w:rPr>
        <w:t>지원방법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5328"/>
        <w:gridCol w:w="5328"/>
      </w:tblGrid>
      <w:tr w:rsidR="007E133A" w14:paraId="3FFE86B9" w14:textId="77777777">
        <w:tc>
          <w:tcPr>
            <w:tcW w:w="5328" w:type="dxa"/>
            <w:shd w:val="clear" w:color="auto" w:fill="F2F2F2"/>
          </w:tcPr>
          <w:p w14:paraId="1A189C80" w14:textId="77777777" w:rsidR="007E133A" w:rsidRDefault="00557DAE">
            <w:r>
              <w:rPr>
                <w:b/>
              </w:rPr>
              <w:t>제출서류</w:t>
            </w:r>
          </w:p>
        </w:tc>
        <w:tc>
          <w:tcPr>
            <w:tcW w:w="5328" w:type="dxa"/>
          </w:tcPr>
          <w:p w14:paraId="3D389D7D" w14:textId="77777777" w:rsidR="007E133A" w:rsidRDefault="00557DAE">
            <w:pPr>
              <w:rPr>
                <w:lang w:eastAsia="ko-KR"/>
              </w:rPr>
            </w:pPr>
            <w:r>
              <w:rPr>
                <w:lang w:eastAsia="ko-KR"/>
              </w:rPr>
              <w:t>이력서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자기소개서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어학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자격증</w:t>
            </w:r>
          </w:p>
        </w:tc>
      </w:tr>
      <w:tr w:rsidR="007E133A" w14:paraId="64EDF32E" w14:textId="77777777">
        <w:tc>
          <w:tcPr>
            <w:tcW w:w="5328" w:type="dxa"/>
            <w:shd w:val="clear" w:color="auto" w:fill="F2F2F2"/>
          </w:tcPr>
          <w:p w14:paraId="22833788" w14:textId="77777777" w:rsidR="007E133A" w:rsidRDefault="00557DAE">
            <w:proofErr w:type="spellStart"/>
            <w:r>
              <w:rPr>
                <w:b/>
              </w:rPr>
              <w:t>이력서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접수</w:t>
            </w:r>
            <w:proofErr w:type="spellEnd"/>
          </w:p>
        </w:tc>
        <w:tc>
          <w:tcPr>
            <w:tcW w:w="5328" w:type="dxa"/>
          </w:tcPr>
          <w:p w14:paraId="1EF62B75" w14:textId="77777777" w:rsidR="007E133A" w:rsidRDefault="00557DAE">
            <w:r>
              <w:t>0100225060@yurc.co.kr</w:t>
            </w:r>
          </w:p>
        </w:tc>
      </w:tr>
      <w:tr w:rsidR="007E133A" w14:paraId="0C10CC00" w14:textId="77777777">
        <w:tc>
          <w:tcPr>
            <w:tcW w:w="5328" w:type="dxa"/>
            <w:shd w:val="clear" w:color="auto" w:fill="F2F2F2"/>
          </w:tcPr>
          <w:p w14:paraId="17971716" w14:textId="77777777" w:rsidR="007E133A" w:rsidRDefault="00557DAE">
            <w:r>
              <w:rPr>
                <w:b/>
              </w:rPr>
              <w:t>전형절차</w:t>
            </w:r>
          </w:p>
        </w:tc>
        <w:tc>
          <w:tcPr>
            <w:tcW w:w="5328" w:type="dxa"/>
          </w:tcPr>
          <w:p w14:paraId="1A5D65A3" w14:textId="77777777" w:rsidR="007E133A" w:rsidRDefault="00557DAE">
            <w:pPr>
              <w:rPr>
                <w:lang w:eastAsia="ko-KR"/>
              </w:rPr>
            </w:pPr>
            <w:r>
              <w:rPr>
                <w:lang w:eastAsia="ko-KR"/>
              </w:rPr>
              <w:t>서류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검토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후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개별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면접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진행</w:t>
            </w:r>
          </w:p>
        </w:tc>
      </w:tr>
    </w:tbl>
    <w:p w14:paraId="7B6ECECC" w14:textId="77777777" w:rsidR="007E133A" w:rsidRDefault="00557DAE">
      <w:pPr>
        <w:spacing w:before="200"/>
        <w:jc w:val="center"/>
      </w:pPr>
      <w:r>
        <w:rPr>
          <w:b/>
          <w:color w:val="505050"/>
          <w:sz w:val="22"/>
        </w:rPr>
        <w:t>YURA  |  YURA CORPORATION MEXICO</w:t>
      </w:r>
    </w:p>
    <w:sectPr w:rsidR="007E133A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57DAE"/>
    <w:rsid w:val="007E133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249EDE"/>
  <w14:defaultImageDpi w14:val="300"/>
  <w15:docId w15:val="{2D1D5130-2983-4F50-B2A9-6A39C3BE9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Malgun Gothic" w:eastAsia="Malgun Gothic" w:hAnsi="Malgun Gothic"/>
      <w:sz w:val="20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명순</cp:lastModifiedBy>
  <cp:revision>2</cp:revision>
  <dcterms:created xsi:type="dcterms:W3CDTF">2013-12-23T23:15:00Z</dcterms:created>
  <dcterms:modified xsi:type="dcterms:W3CDTF">2026-08-31T21:22:00Z</dcterms:modified>
  <cp:category/>
</cp:coreProperties>
</file>